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8F138" w14:textId="77777777" w:rsidR="00997AD9" w:rsidRDefault="00E01CB8">
      <w:pPr>
        <w:pBdr>
          <w:bottom w:val="single" w:sz="18" w:space="0" w:color="DA4E1F"/>
        </w:pBdr>
        <w:spacing w:after="60"/>
      </w:pPr>
      <w:r>
        <w:rPr>
          <w:rFonts w:ascii="Aptos Display" w:hAnsi="Aptos Display"/>
          <w:b/>
          <w:color w:val="054B3F"/>
          <w:sz w:val="34"/>
        </w:rPr>
        <w:t>FMEM</w:t>
      </w:r>
      <w:r>
        <w:rPr>
          <w:b/>
          <w:color w:val="054B3F"/>
        </w:rPr>
        <w:t xml:space="preserve">  |  FEDERACIÓN DE MONTAÑISMO Y ESCALADA DE MELILLA</w:t>
      </w:r>
    </w:p>
    <w:p w14:paraId="0D6ACB7C" w14:textId="77777777" w:rsidR="00997AD9" w:rsidRDefault="00E01CB8">
      <w:pPr>
        <w:spacing w:before="200" w:after="60"/>
      </w:pPr>
      <w:r>
        <w:rPr>
          <w:rFonts w:ascii="Aptos Display" w:hAnsi="Aptos Display"/>
          <w:b/>
          <w:sz w:val="34"/>
        </w:rPr>
        <w:t>AUTORIZACIÓN DE PARTICIPACIÓN DE MENORES</w:t>
      </w:r>
    </w:p>
    <w:p w14:paraId="550D1B3A" w14:textId="77777777" w:rsidR="00997AD9" w:rsidRDefault="00E01CB8">
      <w:pPr>
        <w:spacing w:after="180"/>
      </w:pPr>
      <w:r>
        <w:rPr>
          <w:b/>
          <w:color w:val="054B3F"/>
        </w:rPr>
        <w:t>Carrera Popular Escolar  |  I Campeonato de Carreras por Montaña FMEM «Óscar Giménez Barrios»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8"/>
      </w:tblGrid>
      <w:tr w:rsidR="00997AD9" w14:paraId="40EE2C54" w14:textId="77777777">
        <w:trPr>
          <w:jc w:val="center"/>
        </w:trPr>
        <w:tc>
          <w:tcPr>
            <w:tcW w:w="9978" w:type="dxa"/>
            <w:shd w:val="clear" w:color="auto" w:fill="EEF4F1"/>
          </w:tcPr>
          <w:p w14:paraId="72DA6F56" w14:textId="51D30DA4" w:rsidR="00997AD9" w:rsidRDefault="00E01CB8">
            <w:pPr>
              <w:spacing w:before="100" w:after="100"/>
            </w:pPr>
            <w:r>
              <w:rPr>
                <w:b/>
                <w:color w:val="054B3F"/>
              </w:rPr>
              <w:t>13 DE DICIEMBRE DE 2026   ·   10:</w:t>
            </w:r>
            <w:r w:rsidR="00197304">
              <w:rPr>
                <w:b/>
                <w:color w:val="054B3F"/>
              </w:rPr>
              <w:t>00</w:t>
            </w:r>
            <w:r>
              <w:rPr>
                <w:b/>
                <w:color w:val="054B3F"/>
              </w:rPr>
              <w:t xml:space="preserve"> H   ·   FUERTE DE ROSTROGORDO   ·   4 KM / 100 M D+</w:t>
            </w:r>
          </w:p>
        </w:tc>
      </w:tr>
    </w:tbl>
    <w:p w14:paraId="0C27768C" w14:textId="77777777" w:rsidR="00997AD9" w:rsidRDefault="00E01CB8">
      <w:pPr>
        <w:pStyle w:val="SectionName"/>
      </w:pPr>
      <w:r>
        <w:t>1  DATOS DEL/DE LA MENOR PARTICIPANTE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997AD9" w14:paraId="489BA487" w14:textId="77777777">
        <w:tc>
          <w:tcPr>
            <w:tcW w:w="4989" w:type="dxa"/>
            <w:vAlign w:val="center"/>
          </w:tcPr>
          <w:p w14:paraId="60FB9F24" w14:textId="77777777" w:rsidR="00997AD9" w:rsidRDefault="00E01CB8">
            <w:pPr>
              <w:pStyle w:val="SmallLabel"/>
            </w:pPr>
            <w:r>
              <w:rPr>
                <w:b/>
              </w:rPr>
              <w:t>NOMBRE Y APELLIDOS</w:t>
            </w:r>
          </w:p>
          <w:p w14:paraId="30151074" w14:textId="77777777" w:rsidR="00997AD9" w:rsidRDefault="00E01CB8">
            <w:pPr>
              <w:pBdr>
                <w:bottom w:val="single" w:sz="6" w:space="0" w:color="C1CBC7"/>
              </w:pBdr>
              <w:spacing w:before="40" w:after="80" w:line="252" w:lineRule="auto"/>
            </w:pPr>
            <w:r>
              <w:t xml:space="preserve">               </w:t>
            </w:r>
          </w:p>
        </w:tc>
        <w:tc>
          <w:tcPr>
            <w:tcW w:w="4989" w:type="dxa"/>
            <w:vAlign w:val="center"/>
          </w:tcPr>
          <w:p w14:paraId="33250CF4" w14:textId="77777777" w:rsidR="00997AD9" w:rsidRDefault="00E01CB8">
            <w:pPr>
              <w:pStyle w:val="SmallLabel"/>
            </w:pPr>
            <w:r>
              <w:rPr>
                <w:b/>
              </w:rPr>
              <w:t>FECHA DE NACIMIENTO</w:t>
            </w:r>
          </w:p>
          <w:p w14:paraId="2F6ECC2D" w14:textId="77777777" w:rsidR="00997AD9" w:rsidRDefault="00E01CB8">
            <w:pPr>
              <w:pBdr>
                <w:bottom w:val="single" w:sz="6" w:space="0" w:color="C1CBC7"/>
              </w:pBdr>
              <w:spacing w:before="40" w:after="80" w:line="252" w:lineRule="auto"/>
            </w:pPr>
            <w:r>
              <w:t xml:space="preserve">               </w:t>
            </w:r>
          </w:p>
        </w:tc>
      </w:tr>
      <w:tr w:rsidR="00997AD9" w14:paraId="7AF865FE" w14:textId="77777777">
        <w:tc>
          <w:tcPr>
            <w:tcW w:w="4989" w:type="dxa"/>
            <w:vAlign w:val="center"/>
          </w:tcPr>
          <w:p w14:paraId="1603A224" w14:textId="77777777" w:rsidR="00997AD9" w:rsidRDefault="00E01CB8">
            <w:pPr>
              <w:pStyle w:val="SmallLabel"/>
            </w:pPr>
            <w:r>
              <w:rPr>
                <w:b/>
              </w:rPr>
              <w:t>DNI/NIE (SI DISPONE)</w:t>
            </w:r>
          </w:p>
          <w:p w14:paraId="2470036A" w14:textId="77777777" w:rsidR="00997AD9" w:rsidRDefault="00E01CB8">
            <w:pPr>
              <w:pBdr>
                <w:bottom w:val="single" w:sz="6" w:space="0" w:color="C1CBC7"/>
              </w:pBdr>
              <w:spacing w:before="40" w:after="80" w:line="252" w:lineRule="auto"/>
            </w:pPr>
            <w:r>
              <w:t xml:space="preserve">               </w:t>
            </w:r>
          </w:p>
        </w:tc>
        <w:tc>
          <w:tcPr>
            <w:tcW w:w="4989" w:type="dxa"/>
            <w:vAlign w:val="center"/>
          </w:tcPr>
          <w:p w14:paraId="783FC628" w14:textId="77777777" w:rsidR="00997AD9" w:rsidRDefault="00E01CB8">
            <w:pPr>
              <w:pStyle w:val="SmallLabel"/>
            </w:pPr>
            <w:r>
              <w:rPr>
                <w:b/>
              </w:rPr>
              <w:t>CATEGORÍA (MARCAR)</w:t>
            </w:r>
          </w:p>
          <w:p w14:paraId="41A1E5C4" w14:textId="77777777" w:rsidR="00997AD9" w:rsidRDefault="00E01CB8">
            <w:pPr>
              <w:pBdr>
                <w:bottom w:val="single" w:sz="6" w:space="0" w:color="C1CBC7"/>
              </w:pBdr>
              <w:spacing w:before="40" w:after="80" w:line="252" w:lineRule="auto"/>
            </w:pPr>
            <w:r>
              <w:t>☐</w:t>
            </w:r>
            <w:r>
              <w:t xml:space="preserve"> 11–12     ☐ 13–14     ☐ 15–16</w:t>
            </w:r>
          </w:p>
        </w:tc>
      </w:tr>
    </w:tbl>
    <w:p w14:paraId="266DC0A7" w14:textId="77777777" w:rsidR="00997AD9" w:rsidRDefault="00E01CB8">
      <w:pPr>
        <w:pStyle w:val="SectionName"/>
      </w:pPr>
      <w:r>
        <w:t>2  DATOS DEL PADRE, MADRE O REPRESENTANTE LEGAL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997AD9" w14:paraId="6994CAFA" w14:textId="77777777">
        <w:tc>
          <w:tcPr>
            <w:tcW w:w="4989" w:type="dxa"/>
            <w:vAlign w:val="center"/>
          </w:tcPr>
          <w:p w14:paraId="5B84986A" w14:textId="77777777" w:rsidR="00997AD9" w:rsidRDefault="00E01CB8">
            <w:pPr>
              <w:pStyle w:val="SmallLabel"/>
            </w:pPr>
            <w:r>
              <w:rPr>
                <w:b/>
              </w:rPr>
              <w:t>NOMBRE Y APELLIDOS</w:t>
            </w:r>
          </w:p>
          <w:p w14:paraId="08D7FADF" w14:textId="77777777" w:rsidR="00997AD9" w:rsidRDefault="00E01CB8">
            <w:pPr>
              <w:pBdr>
                <w:bottom w:val="single" w:sz="6" w:space="0" w:color="C1CBC7"/>
              </w:pBdr>
              <w:spacing w:before="40" w:after="80" w:line="252" w:lineRule="auto"/>
            </w:pPr>
            <w:r>
              <w:t xml:space="preserve">               </w:t>
            </w:r>
          </w:p>
        </w:tc>
        <w:tc>
          <w:tcPr>
            <w:tcW w:w="4989" w:type="dxa"/>
            <w:vAlign w:val="center"/>
          </w:tcPr>
          <w:p w14:paraId="60BFE0C0" w14:textId="77777777" w:rsidR="00997AD9" w:rsidRDefault="00E01CB8">
            <w:pPr>
              <w:pStyle w:val="SmallLabel"/>
            </w:pPr>
            <w:r>
              <w:rPr>
                <w:b/>
              </w:rPr>
              <w:t>DNI/NIE</w:t>
            </w:r>
          </w:p>
          <w:p w14:paraId="3C1E183E" w14:textId="77777777" w:rsidR="00997AD9" w:rsidRDefault="00E01CB8">
            <w:pPr>
              <w:pBdr>
                <w:bottom w:val="single" w:sz="6" w:space="0" w:color="C1CBC7"/>
              </w:pBdr>
              <w:spacing w:before="40" w:after="80" w:line="252" w:lineRule="auto"/>
            </w:pPr>
            <w:r>
              <w:t xml:space="preserve">               </w:t>
            </w:r>
          </w:p>
        </w:tc>
      </w:tr>
      <w:tr w:rsidR="00997AD9" w14:paraId="3589A0CF" w14:textId="77777777">
        <w:tc>
          <w:tcPr>
            <w:tcW w:w="4989" w:type="dxa"/>
            <w:vAlign w:val="center"/>
          </w:tcPr>
          <w:p w14:paraId="0C3BCB77" w14:textId="77777777" w:rsidR="00997AD9" w:rsidRDefault="00E01CB8">
            <w:pPr>
              <w:pStyle w:val="SmallLabel"/>
            </w:pPr>
            <w:r>
              <w:rPr>
                <w:b/>
              </w:rPr>
              <w:t>TELÉFONO DE CONTACTO DURANTE LA PRUEBA</w:t>
            </w:r>
          </w:p>
          <w:p w14:paraId="6CF94442" w14:textId="77777777" w:rsidR="00997AD9" w:rsidRDefault="00E01CB8">
            <w:pPr>
              <w:pBdr>
                <w:bottom w:val="single" w:sz="6" w:space="0" w:color="C1CBC7"/>
              </w:pBdr>
              <w:spacing w:before="40" w:after="80" w:line="252" w:lineRule="auto"/>
            </w:pPr>
            <w:r>
              <w:t xml:space="preserve">               </w:t>
            </w:r>
          </w:p>
        </w:tc>
        <w:tc>
          <w:tcPr>
            <w:tcW w:w="4989" w:type="dxa"/>
            <w:vAlign w:val="center"/>
          </w:tcPr>
          <w:p w14:paraId="31BC8260" w14:textId="77777777" w:rsidR="00997AD9" w:rsidRDefault="00E01CB8">
            <w:pPr>
              <w:pStyle w:val="SmallLabel"/>
            </w:pPr>
            <w:r>
              <w:rPr>
                <w:b/>
              </w:rPr>
              <w:t>VÍNCULO (PADRE/MADRE/TUTOR/A)</w:t>
            </w:r>
          </w:p>
          <w:p w14:paraId="27E27405" w14:textId="77777777" w:rsidR="00997AD9" w:rsidRDefault="00E01CB8">
            <w:pPr>
              <w:pBdr>
                <w:bottom w:val="single" w:sz="6" w:space="0" w:color="C1CBC7"/>
              </w:pBdr>
              <w:spacing w:before="40" w:after="80" w:line="252" w:lineRule="auto"/>
            </w:pPr>
            <w:r>
              <w:t xml:space="preserve">               </w:t>
            </w:r>
          </w:p>
        </w:tc>
      </w:tr>
    </w:tbl>
    <w:p w14:paraId="7BEAF97D" w14:textId="77777777" w:rsidR="00997AD9" w:rsidRDefault="00E01CB8">
      <w:pPr>
        <w:pStyle w:val="SectionName"/>
      </w:pPr>
      <w:r>
        <w:t>3  DECLARACIÓN Y AUTORIZACIÓN</w:t>
      </w:r>
    </w:p>
    <w:p w14:paraId="00723DE1" w14:textId="77777777" w:rsidR="00997AD9" w:rsidRDefault="00E01CB8">
      <w:pPr>
        <w:spacing w:after="100"/>
      </w:pPr>
      <w:r>
        <w:t>En mi condición de representante legal del/de la menor identificado/a, AUTORIZO su participación en la Carrera Popular Escolar del 13 de diciembre de 2026 y AUTORIZO también la captación, utilización y difusión de su imagen en fotografías y vídeos de la actividad, para fines deportivos y federativos de la FMEM, incluidos su página web, redes sociales y publicaciones institucionales. Asimismo, declaro que:</w:t>
      </w:r>
    </w:p>
    <w:p w14:paraId="39BC91D1" w14:textId="77777777" w:rsidR="00997AD9" w:rsidRDefault="00E01CB8">
      <w:pPr>
        <w:spacing w:after="80"/>
        <w:ind w:left="198" w:hanging="170"/>
      </w:pPr>
      <w:r>
        <w:rPr>
          <w:b/>
          <w:color w:val="DD501B"/>
        </w:rPr>
        <w:t xml:space="preserve">•  </w:t>
      </w:r>
      <w:r>
        <w:t>He sido informado/a de la naturaleza de la actividad, su recorrido por montaña, la distancia y el desnivel, y acepto las normas de organización y seguridad aplicables.</w:t>
      </w:r>
    </w:p>
    <w:p w14:paraId="1232D7CC" w14:textId="77777777" w:rsidR="00997AD9" w:rsidRDefault="00E01CB8">
      <w:pPr>
        <w:spacing w:after="80"/>
        <w:ind w:left="198" w:hanging="170"/>
      </w:pPr>
      <w:r>
        <w:rPr>
          <w:b/>
          <w:color w:val="DD501B"/>
        </w:rPr>
        <w:t xml:space="preserve">•  </w:t>
      </w:r>
      <w:r>
        <w:t>Según mi conocimiento, el/la menor puede participar en la actividad. Comunicaré de forma confidencial a la organización cualquier circunstancia que requiera atención preventiva o adaptación.</w:t>
      </w:r>
    </w:p>
    <w:p w14:paraId="438D5605" w14:textId="77777777" w:rsidR="00997AD9" w:rsidRDefault="00E01CB8">
      <w:pPr>
        <w:spacing w:after="80"/>
        <w:ind w:left="198" w:hanging="170"/>
      </w:pPr>
      <w:r>
        <w:rPr>
          <w:b/>
          <w:color w:val="DD501B"/>
        </w:rPr>
        <w:t xml:space="preserve">•  </w:t>
      </w:r>
      <w:r>
        <w:t>Facilito un teléfono operativo durante la prueba y autorizo a la organización a gestionar la asistencia sanitaria urgente que resulte necesaria, conforme a los protocolos y a la normativa aplicable.</w:t>
      </w:r>
    </w:p>
    <w:p w14:paraId="2029DE67" w14:textId="77777777" w:rsidR="00997AD9" w:rsidRDefault="00E01CB8">
      <w:pPr>
        <w:pStyle w:val="SectionName"/>
      </w:pPr>
      <w:r>
        <w:t>4  LUGAR, FECHA Y FIRMA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997AD9" w14:paraId="15CDB99B" w14:textId="77777777">
        <w:tc>
          <w:tcPr>
            <w:tcW w:w="4989" w:type="dxa"/>
          </w:tcPr>
          <w:p w14:paraId="0145CE11" w14:textId="77777777" w:rsidR="00997AD9" w:rsidRDefault="00E01CB8">
            <w:r>
              <w:t>En Melilla, a ______ de __________________ de 2026</w:t>
            </w:r>
          </w:p>
        </w:tc>
        <w:tc>
          <w:tcPr>
            <w:tcW w:w="4989" w:type="dxa"/>
          </w:tcPr>
          <w:p w14:paraId="6DFF21F0" w14:textId="77777777" w:rsidR="00997AD9" w:rsidRDefault="00E01CB8">
            <w:pPr>
              <w:jc w:val="center"/>
            </w:pPr>
            <w:r>
              <w:rPr>
                <w:sz w:val="17"/>
              </w:rPr>
              <w:t>Firma del padre, madre o tutor/a legal</w:t>
            </w:r>
          </w:p>
          <w:p w14:paraId="6FC5E421" w14:textId="77777777" w:rsidR="00997AD9" w:rsidRDefault="00E01CB8">
            <w:pPr>
              <w:pBdr>
                <w:bottom w:val="single" w:sz="6" w:space="0" w:color="C1CBC7"/>
              </w:pBdr>
              <w:spacing w:before="420"/>
            </w:pPr>
            <w:r>
              <w:t xml:space="preserve"> </w:t>
            </w:r>
          </w:p>
        </w:tc>
      </w:tr>
    </w:tbl>
    <w:p w14:paraId="10562D47" w14:textId="77777777" w:rsidR="00997AD9" w:rsidRDefault="00E01CB8">
      <w:pPr>
        <w:spacing w:before="140"/>
      </w:pPr>
      <w:r>
        <w:rPr>
          <w:b/>
          <w:color w:val="054B3F"/>
          <w:sz w:val="15"/>
        </w:rPr>
        <w:t xml:space="preserve">PROTECCIÓN DE DATOS. </w:t>
      </w:r>
      <w:r>
        <w:rPr>
          <w:color w:val="5A6565"/>
          <w:sz w:val="15"/>
        </w:rPr>
        <w:t>Responsable: Federación de Montañismo y Escalada de Melilla (FMEM). Los datos se utilizan para gestionar participación, seguridad y seguros y para la difusión de imágenes para fines deportivos y federativos, conforme a la autorización anterior. Podrán comunicarse datos a aseguradoras o servicios asistenciales cuando proceda. Derechos y retirada del consentimiento: administracion@fmem.es.</w:t>
      </w:r>
    </w:p>
    <w:sectPr w:rsidR="00997AD9" w:rsidSect="00034616">
      <w:pgSz w:w="11906" w:h="16838"/>
      <w:pgMar w:top="822" w:right="964" w:bottom="737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229264">
    <w:abstractNumId w:val="8"/>
  </w:num>
  <w:num w:numId="2" w16cid:durableId="1887176665">
    <w:abstractNumId w:val="6"/>
  </w:num>
  <w:num w:numId="3" w16cid:durableId="152332980">
    <w:abstractNumId w:val="5"/>
  </w:num>
  <w:num w:numId="4" w16cid:durableId="1411387038">
    <w:abstractNumId w:val="4"/>
  </w:num>
  <w:num w:numId="5" w16cid:durableId="1859732053">
    <w:abstractNumId w:val="7"/>
  </w:num>
  <w:num w:numId="6" w16cid:durableId="1646202601">
    <w:abstractNumId w:val="3"/>
  </w:num>
  <w:num w:numId="7" w16cid:durableId="1903444920">
    <w:abstractNumId w:val="2"/>
  </w:num>
  <w:num w:numId="8" w16cid:durableId="2115785103">
    <w:abstractNumId w:val="1"/>
  </w:num>
  <w:num w:numId="9" w16cid:durableId="2089763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304"/>
    <w:rsid w:val="0029639D"/>
    <w:rsid w:val="00326F90"/>
    <w:rsid w:val="00997AD9"/>
    <w:rsid w:val="00AA1D8D"/>
    <w:rsid w:val="00B47730"/>
    <w:rsid w:val="00CB0664"/>
    <w:rsid w:val="00D45836"/>
    <w:rsid w:val="00E01CB8"/>
    <w:rsid w:val="00EA7A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45D37F"/>
  <w14:defaultImageDpi w14:val="300"/>
  <w15:docId w15:val="{703EA8C6-05D6-A14A-A0F4-F498071BF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71" w:lineRule="auto"/>
    </w:pPr>
    <w:rPr>
      <w:rFonts w:ascii="Aptos" w:hAnsi="Aptos"/>
      <w:color w:val="1B2727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Name">
    <w:name w:val="Section Name"/>
    <w:pPr>
      <w:spacing w:before="200" w:after="120"/>
    </w:pPr>
    <w:rPr>
      <w:rFonts w:ascii="Aptos Display" w:hAnsi="Aptos Display"/>
      <w:b/>
      <w:color w:val="054B3F"/>
      <w:sz w:val="20"/>
    </w:rPr>
  </w:style>
  <w:style w:type="paragraph" w:customStyle="1" w:styleId="SmallLabel">
    <w:name w:val="Small Label"/>
    <w:pPr>
      <w:spacing w:after="40"/>
    </w:pPr>
    <w:rPr>
      <w:rFonts w:ascii="Aptos" w:hAnsi="Aptos"/>
      <w:color w:val="5A656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para menores - Carrera Popular Escolar FMEM 2026</dc:title>
  <dc:subject>Formulario de autorización de participación de menores</dc:subject>
  <dc:creator>Federación de Montañismo y Escalada de Melilla</dc:creator>
  <cp:keywords/>
  <dc:description>generated by python-docx</dc:description>
  <cp:lastModifiedBy>Juan José Rojas Ruiz</cp:lastModifiedBy>
  <cp:revision>2</cp:revision>
  <dcterms:created xsi:type="dcterms:W3CDTF">2026-10-29T09:19:00Z</dcterms:created>
  <dcterms:modified xsi:type="dcterms:W3CDTF">2026-10-29T09:19:00Z</dcterms:modified>
  <cp:category/>
</cp:coreProperties>
</file>